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קבוצות - איך בונים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השאלה במשחק חידון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המשחק - תורות, ניקוד וטיימר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שאלת חידון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חידון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התשובות מתערבבות על המסך גם אם במקור הנכונה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לשחקן או שחקנית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לבחור בלי טיימר או טיימר של 20, 30 שניות או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להזין שמות קבוצות מופרדים בפסיק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מסך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(הזמן שבו קבוצה מסוימת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(שעון שסופר כמה זמן נשאר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(מספר הנקודות שהקבוצה צוברת)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(התשובה הצודקת לשאלה)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שחקנים שמשחקת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כותרת למשחק ושאלות עם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כמה קבוצות ישחקו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אם יש טיימר לכל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כפתור יצירה כדי להפעיל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 קבוצה עונה בתורה ומקבלת נקודות על 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שאלת חידון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שהשאלה ברורה, שיש תשובה נכונה אחת מדויקת ושלוש תשובות שגויות הגיוניות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היא הצודקת, שגויה אינה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להגביל את זמן המענה ולהוסיף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על המסך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קטנות לתרגול כתיבת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קבוצות - איך בונים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חידון קבוצות כל קבוצה עונה בתורה על שאלה עם כמה תשובות, ורק אחת מהן נכונה. דף זה מתרגל את מבנה השאלות וחוקי 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חידון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עונה באה אחרי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יש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בירת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מתקבל מערבוב כחול וצהוב?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רגליים יש לעכביש?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שאלה יש רק תשובה נכונה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תמיד מציג את התשובה הנכונה במקום הראשון במסך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גם עם קבוצה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לקבוע טיימר לשאלה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לקבוצות שמות משלהן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שורה כותבים קודם את השאלה ואז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התשובה הנכונה כותבים את התשובות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לבחור כמה __________ ישחקו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שעונה נכון מקבלת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לראות את השאלה בגדול לכל הכיתה לוחצים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שחקנים שמשחקת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טיימר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שבו קבוצה מסוימת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התשובה הצודקת לשאלה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תשובה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שעון שסופר כמה זמן נשאר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הנקודות שהקבוצה צוברת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כמה קבוצות ישחקו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עונה בתורה ומקבלת נקודות על תשובה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כפתור יצירה כדי להפעיל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אם יש טיימר לכל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כותרת למשחק ושאלות עם 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שאלת חידון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עם ארבע תשובות - תשובה נכונה אחת ושלוש שגויות. בחרו נושא שאתם אוהבים (חיות, ספורט, מספרים).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תשובה נכונה לתשובה שגויה?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צריך טיימר במשחק חידון?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לשאלת חידון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קבוצות - איך בונים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