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קבוצות - איך בונים ומשחקים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השאלה במשחק חידון 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חוקי המשחק - תורות, ניקוד וטיימר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שאלת חידון תקינה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חידון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חוקי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התשובות מתערבבות על המסך גם אם במקור הנכונה 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שגויות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קבוצות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(הזמן שבו קבוצה מסוימת 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(שעון שסופר כמה זמן נשאר לתשובה)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(מספר הנקודות שהקבוצה צוברת)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(התשובה הצודקת לשאלה)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כותרת למשחק ושאלות עם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כמה קבוצות ישחקו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אם יש טיימר לכל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לוחצים על כפתור יצירה כדי להפעיל את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שאלת חידון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שהשאלה ברורה, שיש תשובה נכונה אחת מדויקת ושלוש תשובות שגויות הגיוניות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 היא הצודקת, שגויה אינה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להגביל את זמן המענה ולהוסיף 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הגיונית עם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המשחק על המסך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לקבוצות קטנות לתרגול כתיבת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קבוצות - איך בונים ומשחקים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חידון קבוצות כל קבוצה עונה בתורה על שאלה עם כמה תשובות, ורק אחת מהן נכונה. דף זה מתרגל את מבנה השאלות וחוקי המשחק.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תשובה  ·  קבוצות  ·  שגויות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חידון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עונה באה אחרי הסתיו?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ימים יש בשבוע?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- חוקי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שאלה יש רק תשובה נכונה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המשחק תמיד מציג את התשובה הנכונה במקום הראשון במסך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בכל שורה כותבים קודם את השאלה ואז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התשובה הנכונה כותבים את התשובות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אפשר לבחור כמה __________ ישחקו במשחק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שעון שסופר כמה זמן נשאר לתשובה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טיימר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התשובה הצודקת לשאלה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ניקוד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הזמן שבו קבוצה מסוימת 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תשובה נכונה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מספר הנקודות שהקבוצה צוברת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המשחק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לוחצים על כפתור יצירה כדי להפעיל את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אם יש טיימר לכל 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כמה קבוצות ישחקו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כותרת למשחק ושאלות עם תשובות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שאלת חידון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שאלה אחת עם ארבע תשובות - תשובה נכונה אחת ושלוש שגויות. בחרו נושא שאתם אוהבים (חיות, ספורט, מספרים).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תשובה נכונה לתשובה שגויה?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צריך טיימר במשחק חידון?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חידון קבוצות - איך בונים ומשחקים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